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4CA1D" w14:textId="77777777" w:rsidR="00543C95" w:rsidRPr="00B84B10" w:rsidRDefault="00000000">
      <w:pPr>
        <w:spacing w:after="80"/>
        <w:jc w:val="center"/>
        <w:rPr>
          <w:rFonts w:ascii="黑体" w:eastAsia="黑体" w:hAnsi="黑体" w:hint="eastAsia"/>
          <w:b/>
          <w:sz w:val="38"/>
          <w:lang w:eastAsia="zh-CN"/>
        </w:rPr>
      </w:pPr>
      <w:r w:rsidRPr="00B84B10">
        <w:rPr>
          <w:rFonts w:ascii="黑体" w:eastAsia="黑体" w:hAnsi="黑体"/>
          <w:b/>
          <w:sz w:val="38"/>
          <w:lang w:eastAsia="zh-CN"/>
        </w:rPr>
        <w:t>北京科技大学经济管理学院</w:t>
      </w:r>
    </w:p>
    <w:p w14:paraId="77FAA7AD" w14:textId="75CBE019" w:rsidR="00543C95" w:rsidRPr="00B84B10" w:rsidRDefault="00422DA5" w:rsidP="00B84B10">
      <w:pPr>
        <w:spacing w:after="120"/>
        <w:jc w:val="center"/>
        <w:rPr>
          <w:rFonts w:ascii="黑体" w:eastAsia="黑体" w:hAnsi="黑体" w:hint="eastAsia"/>
          <w:b/>
          <w:sz w:val="38"/>
          <w:lang w:eastAsia="zh-CN"/>
        </w:rPr>
      </w:pPr>
      <w:r w:rsidRPr="00422DA5">
        <w:rPr>
          <w:rFonts w:ascii="黑体" w:eastAsia="黑体" w:hAnsi="黑体"/>
          <w:b/>
          <w:sz w:val="38"/>
          <w:lang w:eastAsia="zh-CN"/>
        </w:rPr>
        <w:t>2026级MBA/MEM“技术经理人”特色方向班学员</w:t>
      </w:r>
      <w:r w:rsidR="00000000">
        <w:rPr>
          <w:rFonts w:ascii="黑体" w:eastAsia="黑体" w:hAnsi="黑体"/>
          <w:b/>
          <w:sz w:val="38"/>
          <w:lang w:eastAsia="zh-CN"/>
        </w:rPr>
        <w:t>申请表</w:t>
      </w:r>
    </w:p>
    <w:tbl>
      <w:tblPr>
        <w:tblStyle w:val="aff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14"/>
        <w:gridCol w:w="3090"/>
        <w:gridCol w:w="1814"/>
        <w:gridCol w:w="3090"/>
      </w:tblGrid>
      <w:tr w:rsidR="00543C95" w14:paraId="1BADB38D" w14:textId="77777777">
        <w:trPr>
          <w:trHeight w:val="499"/>
          <w:jc w:val="center"/>
        </w:trPr>
        <w:tc>
          <w:tcPr>
            <w:tcW w:w="1814" w:type="dxa"/>
            <w:shd w:val="clear" w:color="auto" w:fill="F2F2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5FF870A" w14:textId="77777777" w:rsidR="00543C95" w:rsidRDefault="00000000">
            <w:pPr>
              <w:spacing w:line="264" w:lineRule="auto"/>
              <w:jc w:val="center"/>
              <w:rPr>
                <w:rFonts w:hint="eastAsia"/>
              </w:rPr>
            </w:pPr>
            <w:r>
              <w:rPr>
                <w:b/>
              </w:rPr>
              <w:t>姓名</w:t>
            </w:r>
          </w:p>
        </w:tc>
        <w:tc>
          <w:tcPr>
            <w:tcW w:w="30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6EC79C1" w14:textId="77777777" w:rsidR="00543C95" w:rsidRDefault="00543C95">
            <w:pPr>
              <w:spacing w:line="264" w:lineRule="auto"/>
              <w:jc w:val="center"/>
              <w:rPr>
                <w:rFonts w:hint="eastAsia"/>
              </w:rPr>
            </w:pPr>
          </w:p>
        </w:tc>
        <w:tc>
          <w:tcPr>
            <w:tcW w:w="1814" w:type="dxa"/>
            <w:shd w:val="clear" w:color="auto" w:fill="F2F2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907A2E7" w14:textId="77777777" w:rsidR="00543C95" w:rsidRDefault="00000000">
            <w:pPr>
              <w:spacing w:line="264" w:lineRule="auto"/>
              <w:jc w:val="center"/>
              <w:rPr>
                <w:rFonts w:hint="eastAsia"/>
              </w:rPr>
            </w:pPr>
            <w:r>
              <w:rPr>
                <w:b/>
              </w:rPr>
              <w:t>性别</w:t>
            </w:r>
          </w:p>
        </w:tc>
        <w:tc>
          <w:tcPr>
            <w:tcW w:w="30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5013DD4" w14:textId="77777777" w:rsidR="00543C95" w:rsidRDefault="00543C95">
            <w:pPr>
              <w:spacing w:line="264" w:lineRule="auto"/>
              <w:jc w:val="center"/>
              <w:rPr>
                <w:rFonts w:hint="eastAsia"/>
              </w:rPr>
            </w:pPr>
          </w:p>
        </w:tc>
      </w:tr>
      <w:tr w:rsidR="00543C95" w14:paraId="4628CEE3" w14:textId="77777777">
        <w:trPr>
          <w:trHeight w:val="499"/>
          <w:jc w:val="center"/>
        </w:trPr>
        <w:tc>
          <w:tcPr>
            <w:tcW w:w="1814" w:type="dxa"/>
            <w:shd w:val="clear" w:color="auto" w:fill="F2F2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1CDF146" w14:textId="77777777" w:rsidR="00543C95" w:rsidRDefault="00000000">
            <w:pPr>
              <w:spacing w:line="264" w:lineRule="auto"/>
              <w:jc w:val="center"/>
              <w:rPr>
                <w:rFonts w:hint="eastAsia"/>
              </w:rPr>
            </w:pPr>
            <w:r>
              <w:rPr>
                <w:b/>
              </w:rPr>
              <w:t>学号</w:t>
            </w:r>
          </w:p>
        </w:tc>
        <w:tc>
          <w:tcPr>
            <w:tcW w:w="30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4AE0E75" w14:textId="77777777" w:rsidR="00543C95" w:rsidRDefault="00543C95">
            <w:pPr>
              <w:spacing w:line="264" w:lineRule="auto"/>
              <w:jc w:val="center"/>
              <w:rPr>
                <w:rFonts w:hint="eastAsia"/>
              </w:rPr>
            </w:pPr>
          </w:p>
        </w:tc>
        <w:tc>
          <w:tcPr>
            <w:tcW w:w="1814" w:type="dxa"/>
            <w:shd w:val="clear" w:color="auto" w:fill="F2F2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46D5414" w14:textId="77777777" w:rsidR="00543C95" w:rsidRDefault="00000000">
            <w:pPr>
              <w:spacing w:line="264" w:lineRule="auto"/>
              <w:jc w:val="center"/>
              <w:rPr>
                <w:rFonts w:hint="eastAsia"/>
              </w:rPr>
            </w:pPr>
            <w:r>
              <w:rPr>
                <w:b/>
              </w:rPr>
              <w:t>联系方式</w:t>
            </w:r>
          </w:p>
        </w:tc>
        <w:tc>
          <w:tcPr>
            <w:tcW w:w="30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13F583D" w14:textId="77777777" w:rsidR="00543C95" w:rsidRDefault="00543C95">
            <w:pPr>
              <w:spacing w:line="264" w:lineRule="auto"/>
              <w:jc w:val="center"/>
              <w:rPr>
                <w:rFonts w:hint="eastAsia"/>
              </w:rPr>
            </w:pPr>
          </w:p>
        </w:tc>
      </w:tr>
      <w:tr w:rsidR="00543C95" w14:paraId="796B45D7" w14:textId="77777777">
        <w:trPr>
          <w:trHeight w:val="499"/>
          <w:jc w:val="center"/>
        </w:trPr>
        <w:tc>
          <w:tcPr>
            <w:tcW w:w="1814" w:type="dxa"/>
            <w:shd w:val="clear" w:color="auto" w:fill="F2F2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695B32F" w14:textId="7DDE7090" w:rsidR="00543C95" w:rsidRDefault="00000000">
            <w:pPr>
              <w:spacing w:line="264" w:lineRule="auto"/>
              <w:jc w:val="center"/>
              <w:rPr>
                <w:rFonts w:hint="eastAsia"/>
              </w:rPr>
            </w:pPr>
            <w:r>
              <w:rPr>
                <w:b/>
              </w:rPr>
              <w:t>学历</w:t>
            </w:r>
          </w:p>
        </w:tc>
        <w:tc>
          <w:tcPr>
            <w:tcW w:w="30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807C7F2" w14:textId="77777777" w:rsidR="00543C95" w:rsidRDefault="00543C95">
            <w:pPr>
              <w:spacing w:line="264" w:lineRule="auto"/>
              <w:jc w:val="center"/>
              <w:rPr>
                <w:rFonts w:hint="eastAsia"/>
              </w:rPr>
            </w:pPr>
          </w:p>
        </w:tc>
        <w:tc>
          <w:tcPr>
            <w:tcW w:w="1814" w:type="dxa"/>
            <w:shd w:val="clear" w:color="auto" w:fill="F2F2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D8E7FC2" w14:textId="6E955339" w:rsidR="00543C95" w:rsidRDefault="00C975BA">
            <w:pPr>
              <w:spacing w:line="264" w:lineRule="auto"/>
              <w:jc w:val="center"/>
              <w:rPr>
                <w:rFonts w:hint="eastAsia"/>
              </w:rPr>
            </w:pPr>
            <w:r>
              <w:rPr>
                <w:rFonts w:hint="eastAsia"/>
                <w:b/>
                <w:lang w:eastAsia="zh-CN"/>
              </w:rPr>
              <w:t>毕业</w:t>
            </w:r>
            <w:r w:rsidR="00000000">
              <w:rPr>
                <w:b/>
              </w:rPr>
              <w:t>专业</w:t>
            </w:r>
          </w:p>
        </w:tc>
        <w:tc>
          <w:tcPr>
            <w:tcW w:w="30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EC7FE16" w14:textId="77777777" w:rsidR="00543C95" w:rsidRDefault="00543C95">
            <w:pPr>
              <w:spacing w:line="264" w:lineRule="auto"/>
              <w:jc w:val="center"/>
              <w:rPr>
                <w:rFonts w:hint="eastAsia"/>
              </w:rPr>
            </w:pPr>
          </w:p>
        </w:tc>
      </w:tr>
      <w:tr w:rsidR="00543C95" w14:paraId="298B03E9" w14:textId="77777777">
        <w:trPr>
          <w:trHeight w:val="499"/>
          <w:jc w:val="center"/>
        </w:trPr>
        <w:tc>
          <w:tcPr>
            <w:tcW w:w="1814" w:type="dxa"/>
            <w:shd w:val="clear" w:color="auto" w:fill="F2F2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3633D9F" w14:textId="77777777" w:rsidR="00543C95" w:rsidRDefault="00000000">
            <w:pPr>
              <w:spacing w:line="264" w:lineRule="auto"/>
              <w:jc w:val="center"/>
              <w:rPr>
                <w:rFonts w:hint="eastAsia"/>
              </w:rPr>
            </w:pPr>
            <w:r>
              <w:rPr>
                <w:b/>
              </w:rPr>
              <w:t>工作单位</w:t>
            </w:r>
          </w:p>
        </w:tc>
        <w:tc>
          <w:tcPr>
            <w:tcW w:w="30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13FC19F" w14:textId="77777777" w:rsidR="00543C95" w:rsidRDefault="00543C95">
            <w:pPr>
              <w:spacing w:line="264" w:lineRule="auto"/>
              <w:jc w:val="center"/>
              <w:rPr>
                <w:rFonts w:hint="eastAsia"/>
              </w:rPr>
            </w:pPr>
          </w:p>
        </w:tc>
        <w:tc>
          <w:tcPr>
            <w:tcW w:w="1814" w:type="dxa"/>
            <w:shd w:val="clear" w:color="auto" w:fill="F2F2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5F3C7D3" w14:textId="77777777" w:rsidR="00543C95" w:rsidRDefault="00000000">
            <w:pPr>
              <w:spacing w:line="264" w:lineRule="auto"/>
              <w:jc w:val="center"/>
              <w:rPr>
                <w:rFonts w:hint="eastAsia"/>
              </w:rPr>
            </w:pPr>
            <w:r>
              <w:rPr>
                <w:b/>
              </w:rPr>
              <w:t>目前从事岗位</w:t>
            </w:r>
          </w:p>
        </w:tc>
        <w:tc>
          <w:tcPr>
            <w:tcW w:w="30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445EC67" w14:textId="77777777" w:rsidR="00543C95" w:rsidRDefault="00543C95">
            <w:pPr>
              <w:spacing w:line="264" w:lineRule="auto"/>
              <w:jc w:val="center"/>
              <w:rPr>
                <w:rFonts w:hint="eastAsia"/>
              </w:rPr>
            </w:pPr>
          </w:p>
        </w:tc>
      </w:tr>
      <w:tr w:rsidR="00543C95" w14:paraId="03261AF8" w14:textId="77777777" w:rsidTr="00422DA5">
        <w:trPr>
          <w:trHeight w:val="2494"/>
          <w:jc w:val="center"/>
        </w:trPr>
        <w:tc>
          <w:tcPr>
            <w:tcW w:w="1814" w:type="dxa"/>
            <w:shd w:val="clear" w:color="auto" w:fill="F2F2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521C8FA" w14:textId="64F18A8B" w:rsidR="00543C95" w:rsidRDefault="00000000">
            <w:pPr>
              <w:spacing w:line="264" w:lineRule="auto"/>
              <w:jc w:val="center"/>
              <w:rPr>
                <w:rFonts w:hint="eastAsia"/>
                <w:lang w:eastAsia="zh-CN"/>
              </w:rPr>
            </w:pPr>
            <w:r>
              <w:rPr>
                <w:b/>
                <w:lang w:eastAsia="zh-CN"/>
              </w:rPr>
              <w:t>工作与</w:t>
            </w:r>
            <w:r w:rsidR="00FC0CF4">
              <w:rPr>
                <w:rFonts w:hint="eastAsia"/>
                <w:b/>
                <w:lang w:eastAsia="zh-CN"/>
              </w:rPr>
              <w:t>技术经理人</w:t>
            </w:r>
            <w:r>
              <w:rPr>
                <w:b/>
                <w:lang w:eastAsia="zh-CN"/>
              </w:rPr>
              <w:t>的相关性</w:t>
            </w:r>
          </w:p>
        </w:tc>
        <w:tc>
          <w:tcPr>
            <w:tcW w:w="7994" w:type="dxa"/>
            <w:gridSpan w:val="3"/>
            <w:tcMar>
              <w:top w:w="110" w:type="dxa"/>
              <w:left w:w="130" w:type="dxa"/>
              <w:bottom w:w="100" w:type="dxa"/>
              <w:right w:w="130" w:type="dxa"/>
            </w:tcMar>
          </w:tcPr>
          <w:p w14:paraId="0C27F5AA" w14:textId="1A0A87F4" w:rsidR="00543C95" w:rsidRDefault="00000000">
            <w:pPr>
              <w:spacing w:after="80" w:line="276" w:lineRule="auto"/>
              <w:rPr>
                <w:rFonts w:hint="eastAsia"/>
                <w:lang w:eastAsia="zh-CN"/>
              </w:rPr>
            </w:pPr>
            <w:r>
              <w:rPr>
                <w:i/>
                <w:color w:val="787878"/>
                <w:sz w:val="18"/>
                <w:lang w:eastAsia="zh-CN"/>
              </w:rPr>
              <w:t>请结合本人目前工作或过往经历，说明与技术创新、科技成果转化、技术</w:t>
            </w:r>
            <w:r w:rsidR="00FC0CF4">
              <w:rPr>
                <w:rFonts w:hint="eastAsia"/>
                <w:i/>
                <w:color w:val="787878"/>
                <w:sz w:val="18"/>
                <w:lang w:eastAsia="zh-CN"/>
              </w:rPr>
              <w:t>评估</w:t>
            </w:r>
            <w:r>
              <w:rPr>
                <w:i/>
                <w:color w:val="787878"/>
                <w:sz w:val="18"/>
                <w:lang w:eastAsia="zh-CN"/>
              </w:rPr>
              <w:t>等工作的相关性及已有基础。</w:t>
            </w:r>
          </w:p>
          <w:p w14:paraId="7408423D" w14:textId="77777777" w:rsidR="00543C95" w:rsidRDefault="00543C95">
            <w:pPr>
              <w:spacing w:line="276" w:lineRule="auto"/>
              <w:rPr>
                <w:rFonts w:hint="eastAsia"/>
                <w:lang w:eastAsia="zh-CN"/>
              </w:rPr>
            </w:pPr>
          </w:p>
          <w:p w14:paraId="7BE202EF" w14:textId="77777777" w:rsidR="00543C95" w:rsidRDefault="00543C95">
            <w:pPr>
              <w:spacing w:line="276" w:lineRule="auto"/>
              <w:rPr>
                <w:rFonts w:hint="eastAsia"/>
                <w:lang w:eastAsia="zh-CN"/>
              </w:rPr>
            </w:pPr>
          </w:p>
          <w:p w14:paraId="289796DE" w14:textId="77777777" w:rsidR="00543C95" w:rsidRDefault="00543C95">
            <w:pPr>
              <w:spacing w:line="276" w:lineRule="auto"/>
              <w:rPr>
                <w:lang w:eastAsia="zh-CN"/>
              </w:rPr>
            </w:pPr>
          </w:p>
          <w:p w14:paraId="51550C35" w14:textId="77777777" w:rsidR="00422DA5" w:rsidRDefault="00422DA5">
            <w:pPr>
              <w:spacing w:line="276" w:lineRule="auto"/>
              <w:rPr>
                <w:lang w:eastAsia="zh-CN"/>
              </w:rPr>
            </w:pPr>
          </w:p>
          <w:p w14:paraId="24DDAD4D" w14:textId="77777777" w:rsidR="00422DA5" w:rsidRDefault="00422DA5">
            <w:pPr>
              <w:spacing w:line="276" w:lineRule="auto"/>
              <w:rPr>
                <w:rFonts w:hint="eastAsia"/>
                <w:lang w:eastAsia="zh-CN"/>
              </w:rPr>
            </w:pPr>
          </w:p>
          <w:p w14:paraId="5A8388DB" w14:textId="77777777" w:rsidR="00543C95" w:rsidRDefault="00543C95">
            <w:pPr>
              <w:spacing w:line="276" w:lineRule="auto"/>
              <w:rPr>
                <w:rFonts w:hint="eastAsia"/>
                <w:lang w:eastAsia="zh-CN"/>
              </w:rPr>
            </w:pPr>
          </w:p>
        </w:tc>
      </w:tr>
      <w:tr w:rsidR="00543C95" w14:paraId="1119ED6F" w14:textId="77777777" w:rsidTr="00422DA5">
        <w:trPr>
          <w:trHeight w:val="2359"/>
          <w:jc w:val="center"/>
        </w:trPr>
        <w:tc>
          <w:tcPr>
            <w:tcW w:w="1814" w:type="dxa"/>
            <w:shd w:val="clear" w:color="auto" w:fill="F2F2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7E554AA" w14:textId="0CF2654A" w:rsidR="00543C95" w:rsidRDefault="00000000">
            <w:pPr>
              <w:spacing w:line="264" w:lineRule="auto"/>
              <w:jc w:val="center"/>
              <w:rPr>
                <w:rFonts w:hint="eastAsia"/>
                <w:lang w:eastAsia="zh-CN"/>
              </w:rPr>
            </w:pPr>
            <w:r>
              <w:rPr>
                <w:b/>
                <w:lang w:eastAsia="zh-CN"/>
              </w:rPr>
              <w:t>申请方向班的</w:t>
            </w:r>
            <w:r>
              <w:rPr>
                <w:b/>
                <w:lang w:eastAsia="zh-CN"/>
              </w:rPr>
              <w:br/>
              <w:t>意愿</w:t>
            </w:r>
            <w:r w:rsidR="00B84B10">
              <w:rPr>
                <w:rFonts w:hint="eastAsia"/>
                <w:b/>
                <w:lang w:eastAsia="zh-CN"/>
              </w:rPr>
              <w:t>/</w:t>
            </w:r>
            <w:r>
              <w:rPr>
                <w:b/>
                <w:lang w:eastAsia="zh-CN"/>
              </w:rPr>
              <w:t>原因</w:t>
            </w:r>
            <w:r w:rsidR="00B84B10">
              <w:rPr>
                <w:rFonts w:hint="eastAsia"/>
                <w:b/>
                <w:lang w:eastAsia="zh-CN"/>
              </w:rPr>
              <w:t>/期望</w:t>
            </w:r>
          </w:p>
        </w:tc>
        <w:tc>
          <w:tcPr>
            <w:tcW w:w="7994" w:type="dxa"/>
            <w:gridSpan w:val="3"/>
            <w:tcMar>
              <w:top w:w="110" w:type="dxa"/>
              <w:left w:w="130" w:type="dxa"/>
              <w:bottom w:w="100" w:type="dxa"/>
              <w:right w:w="130" w:type="dxa"/>
            </w:tcMar>
          </w:tcPr>
          <w:p w14:paraId="63EDDCEB" w14:textId="61F5259A" w:rsidR="00543C95" w:rsidRDefault="00000000">
            <w:pPr>
              <w:spacing w:after="80" w:line="276" w:lineRule="auto"/>
              <w:rPr>
                <w:rFonts w:hint="eastAsia"/>
                <w:lang w:eastAsia="zh-CN"/>
              </w:rPr>
            </w:pPr>
            <w:r>
              <w:rPr>
                <w:i/>
                <w:color w:val="787878"/>
                <w:sz w:val="18"/>
                <w:lang w:eastAsia="zh-CN"/>
              </w:rPr>
              <w:t>请说明申请加入方向班的主要动机、希望提升的能力，以及未来拟将所学知识应用于何种工作或职业发展场景。</w:t>
            </w:r>
          </w:p>
          <w:p w14:paraId="37410813" w14:textId="77777777" w:rsidR="00543C95" w:rsidRDefault="00543C95">
            <w:pPr>
              <w:spacing w:line="276" w:lineRule="auto"/>
              <w:rPr>
                <w:rFonts w:hint="eastAsia"/>
                <w:lang w:eastAsia="zh-CN"/>
              </w:rPr>
            </w:pPr>
          </w:p>
          <w:p w14:paraId="54DF9F89" w14:textId="77777777" w:rsidR="00543C95" w:rsidRDefault="00543C95">
            <w:pPr>
              <w:spacing w:line="276" w:lineRule="auto"/>
              <w:rPr>
                <w:rFonts w:hint="eastAsia"/>
                <w:lang w:eastAsia="zh-CN"/>
              </w:rPr>
            </w:pPr>
          </w:p>
          <w:p w14:paraId="21F8346C" w14:textId="77777777" w:rsidR="00543C95" w:rsidRDefault="00543C95">
            <w:pPr>
              <w:spacing w:line="276" w:lineRule="auto"/>
              <w:rPr>
                <w:lang w:eastAsia="zh-CN"/>
              </w:rPr>
            </w:pPr>
          </w:p>
          <w:p w14:paraId="241B1CE1" w14:textId="77777777" w:rsidR="00422DA5" w:rsidRDefault="00422DA5">
            <w:pPr>
              <w:spacing w:line="276" w:lineRule="auto"/>
              <w:rPr>
                <w:lang w:eastAsia="zh-CN"/>
              </w:rPr>
            </w:pPr>
          </w:p>
          <w:p w14:paraId="23947EF1" w14:textId="77777777" w:rsidR="00422DA5" w:rsidRDefault="00422DA5">
            <w:pPr>
              <w:spacing w:line="276" w:lineRule="auto"/>
              <w:rPr>
                <w:rFonts w:hint="eastAsia"/>
                <w:lang w:eastAsia="zh-CN"/>
              </w:rPr>
            </w:pPr>
          </w:p>
          <w:p w14:paraId="751DBE49" w14:textId="77777777" w:rsidR="00543C95" w:rsidRDefault="00543C95">
            <w:pPr>
              <w:spacing w:line="276" w:lineRule="auto"/>
              <w:rPr>
                <w:rFonts w:hint="eastAsia"/>
                <w:lang w:eastAsia="zh-CN"/>
              </w:rPr>
            </w:pPr>
          </w:p>
        </w:tc>
      </w:tr>
      <w:tr w:rsidR="00543C95" w14:paraId="636BA93E" w14:textId="77777777" w:rsidTr="00422DA5">
        <w:trPr>
          <w:trHeight w:val="1304"/>
          <w:jc w:val="center"/>
        </w:trPr>
        <w:tc>
          <w:tcPr>
            <w:tcW w:w="1814" w:type="dxa"/>
            <w:shd w:val="clear" w:color="auto" w:fill="F2F2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AB678FE" w14:textId="65DCA487" w:rsidR="00543C95" w:rsidRDefault="00000000">
            <w:pPr>
              <w:spacing w:line="264" w:lineRule="auto"/>
              <w:jc w:val="center"/>
              <w:rPr>
                <w:rFonts w:hint="eastAsia"/>
                <w:lang w:eastAsia="zh-CN"/>
              </w:rPr>
            </w:pPr>
            <w:r>
              <w:rPr>
                <w:b/>
                <w:lang w:eastAsia="zh-CN"/>
              </w:rPr>
              <w:t>曾获奖项或荣誉</w:t>
            </w:r>
          </w:p>
        </w:tc>
        <w:tc>
          <w:tcPr>
            <w:tcW w:w="7994" w:type="dxa"/>
            <w:gridSpan w:val="3"/>
            <w:tcMar>
              <w:top w:w="110" w:type="dxa"/>
              <w:left w:w="130" w:type="dxa"/>
              <w:bottom w:w="100" w:type="dxa"/>
              <w:right w:w="130" w:type="dxa"/>
            </w:tcMar>
          </w:tcPr>
          <w:p w14:paraId="354C6E8F" w14:textId="77777777" w:rsidR="00543C95" w:rsidRDefault="00000000">
            <w:pPr>
              <w:spacing w:after="80" w:line="276" w:lineRule="auto"/>
              <w:rPr>
                <w:rFonts w:hint="eastAsia"/>
                <w:lang w:eastAsia="zh-CN"/>
              </w:rPr>
            </w:pPr>
            <w:r>
              <w:rPr>
                <w:i/>
                <w:color w:val="787878"/>
                <w:sz w:val="18"/>
                <w:lang w:eastAsia="zh-CN"/>
              </w:rPr>
              <w:t>请填写与学习、工作、创新创业、科研实践或行业实践相关的代表性奖项、荣誉等。</w:t>
            </w:r>
          </w:p>
          <w:p w14:paraId="503A25F6" w14:textId="77777777" w:rsidR="00543C95" w:rsidRDefault="00543C95">
            <w:pPr>
              <w:spacing w:line="276" w:lineRule="auto"/>
              <w:rPr>
                <w:rFonts w:hint="eastAsia"/>
                <w:lang w:eastAsia="zh-CN"/>
              </w:rPr>
            </w:pPr>
          </w:p>
          <w:p w14:paraId="24AB2BC0" w14:textId="77777777" w:rsidR="00543C95" w:rsidRDefault="00543C95">
            <w:pPr>
              <w:spacing w:line="276" w:lineRule="auto"/>
              <w:rPr>
                <w:lang w:eastAsia="zh-CN"/>
              </w:rPr>
            </w:pPr>
          </w:p>
          <w:p w14:paraId="6259970C" w14:textId="77777777" w:rsidR="00422DA5" w:rsidRDefault="00422DA5">
            <w:pPr>
              <w:spacing w:line="276" w:lineRule="auto"/>
              <w:rPr>
                <w:lang w:eastAsia="zh-CN"/>
              </w:rPr>
            </w:pPr>
          </w:p>
          <w:p w14:paraId="23D17CB3" w14:textId="77777777" w:rsidR="00422DA5" w:rsidRDefault="00422DA5">
            <w:pPr>
              <w:spacing w:line="276" w:lineRule="auto"/>
              <w:rPr>
                <w:lang w:eastAsia="zh-CN"/>
              </w:rPr>
            </w:pPr>
          </w:p>
          <w:p w14:paraId="61CF292E" w14:textId="77777777" w:rsidR="00422DA5" w:rsidRDefault="00422DA5">
            <w:pPr>
              <w:spacing w:line="276" w:lineRule="auto"/>
              <w:rPr>
                <w:rFonts w:hint="eastAsia"/>
                <w:lang w:eastAsia="zh-CN"/>
              </w:rPr>
            </w:pPr>
          </w:p>
        </w:tc>
      </w:tr>
      <w:tr w:rsidR="00543C95" w14:paraId="01E27FDC" w14:textId="77777777" w:rsidTr="00422DA5">
        <w:trPr>
          <w:trHeight w:val="1134"/>
          <w:jc w:val="center"/>
        </w:trPr>
        <w:tc>
          <w:tcPr>
            <w:tcW w:w="1814" w:type="dxa"/>
            <w:shd w:val="clear" w:color="auto" w:fill="F2F2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448A011" w14:textId="77777777" w:rsidR="00543C95" w:rsidRDefault="00000000">
            <w:pPr>
              <w:spacing w:line="264" w:lineRule="auto"/>
              <w:jc w:val="center"/>
              <w:rPr>
                <w:rFonts w:hint="eastAsia"/>
              </w:rPr>
            </w:pPr>
            <w:r>
              <w:rPr>
                <w:b/>
              </w:rPr>
              <w:t>申请人承诺</w:t>
            </w:r>
          </w:p>
        </w:tc>
        <w:tc>
          <w:tcPr>
            <w:tcW w:w="7994" w:type="dxa"/>
            <w:gridSpan w:val="3"/>
            <w:tcMar>
              <w:top w:w="100" w:type="dxa"/>
              <w:left w:w="130" w:type="dxa"/>
              <w:bottom w:w="80" w:type="dxa"/>
              <w:right w:w="130" w:type="dxa"/>
            </w:tcMar>
          </w:tcPr>
          <w:p w14:paraId="61317F45" w14:textId="21E6F93C" w:rsidR="00543C95" w:rsidRDefault="00000000">
            <w:pPr>
              <w:spacing w:after="120"/>
              <w:rPr>
                <w:rFonts w:hint="eastAsia"/>
                <w:lang w:eastAsia="zh-CN"/>
              </w:rPr>
            </w:pPr>
            <w:r>
              <w:rPr>
                <w:sz w:val="19"/>
                <w:lang w:eastAsia="zh-CN"/>
              </w:rPr>
              <w:t>本人确认以上填写内容真实、准确，自愿申请加入</w:t>
            </w:r>
            <w:r w:rsidR="00FC0CF4">
              <w:rPr>
                <w:rFonts w:hint="eastAsia"/>
                <w:sz w:val="19"/>
                <w:lang w:eastAsia="zh-CN"/>
              </w:rPr>
              <w:t>“技术经理人”特色</w:t>
            </w:r>
            <w:r>
              <w:rPr>
                <w:sz w:val="19"/>
                <w:lang w:eastAsia="zh-CN"/>
              </w:rPr>
              <w:t>方向班，并愿意遵守方向班相关培养要求。</w:t>
            </w:r>
          </w:p>
          <w:p w14:paraId="42EC64C4" w14:textId="77777777" w:rsidR="00543C95" w:rsidRDefault="00000000">
            <w:pPr>
              <w:jc w:val="right"/>
              <w:rPr>
                <w:rFonts w:hint="eastAsia"/>
                <w:lang w:eastAsia="zh-CN"/>
              </w:rPr>
            </w:pPr>
            <w:r>
              <w:rPr>
                <w:sz w:val="19"/>
                <w:lang w:eastAsia="zh-CN"/>
              </w:rPr>
              <w:t>申请人签字：________________    日期：______年____月____日</w:t>
            </w:r>
          </w:p>
        </w:tc>
      </w:tr>
    </w:tbl>
    <w:p w14:paraId="1C499917" w14:textId="4A248148" w:rsidR="00543C95" w:rsidRDefault="00543C95" w:rsidP="00B84B10">
      <w:pPr>
        <w:spacing w:before="100" w:after="0"/>
        <w:rPr>
          <w:rFonts w:hint="eastAsia"/>
          <w:lang w:eastAsia="zh-CN"/>
        </w:rPr>
      </w:pPr>
    </w:p>
    <w:sectPr w:rsidR="00543C95" w:rsidSect="00034616">
      <w:footerReference w:type="default" r:id="rId8"/>
      <w:pgSz w:w="12240" w:h="15840"/>
      <w:pgMar w:top="907" w:right="1020" w:bottom="850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07303" w14:textId="77777777" w:rsidR="00E777AC" w:rsidRDefault="00E777AC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9CBAA85" w14:textId="77777777" w:rsidR="00E777AC" w:rsidRDefault="00E777AC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51B0F" w14:textId="77777777" w:rsidR="00543C95" w:rsidRDefault="00000000">
    <w:pPr>
      <w:pStyle w:val="a7"/>
      <w:jc w:val="center"/>
      <w:rPr>
        <w:rFonts w:hint="eastAsia"/>
        <w:lang w:eastAsia="zh-CN"/>
      </w:rPr>
    </w:pPr>
    <w:r>
      <w:rPr>
        <w:color w:val="969696"/>
        <w:sz w:val="16"/>
        <w:lang w:eastAsia="zh-CN"/>
      </w:rPr>
      <w:t>北京科技大学经济管理学院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6629D" w14:textId="77777777" w:rsidR="00E777AC" w:rsidRDefault="00E777AC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383AA2E" w14:textId="77777777" w:rsidR="00E777AC" w:rsidRDefault="00E777AC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78931824">
    <w:abstractNumId w:val="8"/>
  </w:num>
  <w:num w:numId="2" w16cid:durableId="472449416">
    <w:abstractNumId w:val="6"/>
  </w:num>
  <w:num w:numId="3" w16cid:durableId="1756244566">
    <w:abstractNumId w:val="5"/>
  </w:num>
  <w:num w:numId="4" w16cid:durableId="1849514016">
    <w:abstractNumId w:val="4"/>
  </w:num>
  <w:num w:numId="5" w16cid:durableId="1341003798">
    <w:abstractNumId w:val="7"/>
  </w:num>
  <w:num w:numId="6" w16cid:durableId="1958297636">
    <w:abstractNumId w:val="3"/>
  </w:num>
  <w:num w:numId="7" w16cid:durableId="799961812">
    <w:abstractNumId w:val="2"/>
  </w:num>
  <w:num w:numId="8" w16cid:durableId="980184539">
    <w:abstractNumId w:val="1"/>
  </w:num>
  <w:num w:numId="9" w16cid:durableId="81220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15A46"/>
    <w:rsid w:val="00422DA5"/>
    <w:rsid w:val="00543C95"/>
    <w:rsid w:val="00713655"/>
    <w:rsid w:val="00737C38"/>
    <w:rsid w:val="0099484E"/>
    <w:rsid w:val="009A40BD"/>
    <w:rsid w:val="00AA1D8D"/>
    <w:rsid w:val="00B47730"/>
    <w:rsid w:val="00B84B10"/>
    <w:rsid w:val="00BA6C7A"/>
    <w:rsid w:val="00BE264D"/>
    <w:rsid w:val="00C975BA"/>
    <w:rsid w:val="00CB0664"/>
    <w:rsid w:val="00E777AC"/>
    <w:rsid w:val="00FC0CF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591550"/>
  <w14:defaultImageDpi w14:val="300"/>
  <w15:docId w15:val="{EE723362-E0D1-4A7C-AE22-FE055E2D2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宋体" w:eastAsia="宋体" w:hAnsi="宋体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198</Characters>
  <Application>Microsoft Office Word</Application>
  <DocSecurity>0</DocSecurity>
  <Lines>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念念 董</cp:lastModifiedBy>
  <cp:revision>7</cp:revision>
  <dcterms:created xsi:type="dcterms:W3CDTF">2013-12-23T23:15:00Z</dcterms:created>
  <dcterms:modified xsi:type="dcterms:W3CDTF">2026-08-29T06:13:00Z</dcterms:modified>
  <cp:category/>
</cp:coreProperties>
</file>